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Писмо за намерение (писмо за интерес) към донор</w:t>
      </w:r>
    </w:p>
    <w:p>
      <w:r>
        <w:t>Писмото за намерение е кратко представяне на идеята ви преди пълното предложение. Много фондации и фирмени програми го искат като първа стъпка. Една до две страници; конкретно; без общи фрази.</w:t>
      </w:r>
    </w:p>
    <w:p>
      <w:r>
        <w:rPr>
          <w:b/>
        </w:rPr>
        <w:t xml:space="preserve">До (име на фондацията / програмата и лицето за контакт): </w:t>
      </w:r>
      <w:r>
        <w:t>________________________________________</w:t>
      </w:r>
    </w:p>
    <w:p>
      <w:r>
        <w:rPr>
          <w:b/>
        </w:rPr>
        <w:t xml:space="preserve">От (организация, ЕИК, адрес, лице за контакт, имейл, телефон): </w:t>
      </w:r>
      <w:r>
        <w:t>________________________________________</w:t>
      </w:r>
    </w:p>
    <w:p>
      <w:r>
        <w:rPr>
          <w:b/>
        </w:rPr>
        <w:t xml:space="preserve">Дата: </w:t>
      </w:r>
      <w:r>
        <w:t>________________________________________</w:t>
      </w:r>
    </w:p>
    <w:p>
      <w:r>
        <w:rPr>
          <w:b/>
        </w:rPr>
        <w:t xml:space="preserve">Относно (име на поканата или програмата, ако има): </w:t>
      </w:r>
      <w:r>
        <w:t>________________________________________</w:t>
      </w:r>
    </w:p>
    <w:p>
      <w:pPr>
        <w:pStyle w:val="Heading2"/>
      </w:pPr>
      <w:r>
        <w:t>1. Кои сме (3-4 изречения)</w:t>
      </w:r>
    </w:p>
    <w:p>
      <w:r>
        <w:t>Кога е създадена организацията, с какво се занимава, с кого работи и един конкретен резултат от последните две години (число, място, група хора).</w:t>
      </w:r>
    </w:p>
    <w:p>
      <w:pPr>
        <w:pStyle w:val="Heading2"/>
      </w:pPr>
      <w:r>
        <w:t>2. Проблемът (3-5 изречения)</w:t>
      </w:r>
    </w:p>
    <w:p>
      <w:r>
        <w:t>Какъв е проблемът, кого засяга и колко души, къде. Опрете се на данни (НСИ, общината, проучване) и посочете източника.</w:t>
      </w:r>
    </w:p>
    <w:p>
      <w:pPr>
        <w:pStyle w:val="Heading2"/>
      </w:pPr>
      <w:r>
        <w:t>3. Какво предлагаме</w:t>
      </w:r>
    </w:p>
    <w:p>
      <w:pPr>
        <w:pStyle w:val="ListBullet"/>
      </w:pPr>
      <w:r>
        <w:t>Цел на проекта в едно изречение.</w:t>
      </w:r>
    </w:p>
    <w:p>
      <w:pPr>
        <w:pStyle w:val="ListBullet"/>
      </w:pPr>
      <w:r>
        <w:t>Основни дейности (3-5), с продължителност.</w:t>
      </w:r>
    </w:p>
    <w:p>
      <w:pPr>
        <w:pStyle w:val="ListBullet"/>
      </w:pPr>
      <w:r>
        <w:t>Очаквани резултати: какво ще е различно и как ще го измерите.</w:t>
      </w:r>
    </w:p>
    <w:p>
      <w:pPr>
        <w:pStyle w:val="Heading2"/>
      </w:pPr>
      <w:r>
        <w:t>4. Защо точно този донор</w:t>
      </w:r>
    </w:p>
    <w:p>
      <w:r>
        <w:t>Свържете проекта с приоритетите на донора с негови думи (от сайта или поканата).</w:t>
      </w:r>
    </w:p>
    <w:p>
      <w:pPr>
        <w:pStyle w:val="Heading2"/>
      </w:pPr>
      <w:r>
        <w:t>5. Бюджет и срок</w:t>
      </w:r>
    </w:p>
    <w:p>
      <w:r>
        <w:rPr>
          <w:b/>
        </w:rPr>
        <w:t xml:space="preserve">Общ бюджет (EUR): </w:t>
      </w:r>
      <w:r>
        <w:t>________________________________________</w:t>
      </w:r>
    </w:p>
    <w:p>
      <w:r>
        <w:rPr>
          <w:b/>
        </w:rPr>
        <w:t xml:space="preserve">Искана сума (EUR): </w:t>
      </w:r>
      <w:r>
        <w:t>________________________________________</w:t>
      </w:r>
    </w:p>
    <w:p>
      <w:r>
        <w:rPr>
          <w:b/>
        </w:rPr>
        <w:t xml:space="preserve">Собствен принос и други източници: </w:t>
      </w:r>
      <w:r>
        <w:t>________________________________________</w:t>
      </w:r>
    </w:p>
    <w:p>
      <w:r>
        <w:rPr>
          <w:b/>
        </w:rPr>
        <w:t xml:space="preserve">Период на изпълнение: </w:t>
      </w:r>
      <w:r>
        <w:t>________________________________________</w:t>
      </w:r>
    </w:p>
    <w:p>
      <w:pPr>
        <w:pStyle w:val="Heading2"/>
      </w:pPr>
      <w:r>
        <w:t>6. Следваща стъпка</w:t>
      </w:r>
    </w:p>
    <w:p>
      <w:r>
        <w:t>Предложете конкретно действие: среща, разговор, изпращане на пълно предложение до определена дата.</w:t>
      </w:r>
    </w:p>
    <w:p>
      <w:r>
        <w:t>С уважение,</w:t>
      </w:r>
    </w:p>
    <w:p>
      <w:r>
        <w:rPr>
          <w:b/>
        </w:rPr>
        <w:t xml:space="preserve">Име, длъжност, подпис: </w:t>
      </w:r>
      <w:r>
        <w:t>________________________________________</w:t>
      </w:r>
    </w:p>
    <w:p/>
    <w:p>
      <w:r>
        <w:rPr>
          <w:sz w:val="16"/>
        </w:rPr>
        <w:t>Шаблон от „Отворени покани“ (tsotsorkovfoundation.bg). Свободен за ползване и промяна. Не е правна консултация.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Писмо за намерение (писмо за интерес) към донор</dc:title>
  <dc:subject/>
  <dc:creator>Отворени покани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